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Modèle de contrat d’apporteur d’affaires</w:t>
      </w:r>
    </w:p>
    <w:p/>
    <w:p>
      <w:r>
        <w:t>ENTRE LES SOUSSIGNÉS</w:t>
      </w:r>
    </w:p>
    <w:p/>
    <w:p>
      <w:r>
        <w:t>La société [Nom de l’entreprise],</w:t>
      </w:r>
    </w:p>
    <w:p>
      <w:r>
        <w:t>[Forme juridique] au capital de [montant] €,</w:t>
      </w:r>
    </w:p>
    <w:p>
      <w:r>
        <w:t>Immatriculée au RCS de [Ville] sous le numéro [SIREN],</w:t>
      </w:r>
    </w:p>
    <w:p>
      <w:r>
        <w:t>Dont le siège social est situé [adresse],</w:t>
      </w:r>
    </w:p>
    <w:p>
      <w:r>
        <w:t>Représentée par [Nom, fonction],</w:t>
      </w:r>
    </w:p>
    <w:p>
      <w:r>
        <w:t>Ci-après dénommée « l’Entreprise »,</w:t>
      </w:r>
    </w:p>
    <w:p/>
    <w:p>
      <w:r>
        <w:t>ET</w:t>
      </w:r>
    </w:p>
    <w:p/>
    <w:p>
      <w:r>
        <w:t>[Nom de l’apporteur d’affaires],</w:t>
      </w:r>
    </w:p>
    <w:p>
      <w:r>
        <w:t>[Statut : personne physique ou morale],</w:t>
      </w:r>
    </w:p>
    <w:p>
      <w:r>
        <w:t>Domicilié(e) / Siège social : [adresse],</w:t>
      </w:r>
    </w:p>
    <w:p>
      <w:r>
        <w:t>Immatriculé(e) sous le numéro [SIREN si applicable],</w:t>
      </w:r>
    </w:p>
    <w:p>
      <w:r>
        <w:t>Ci-après dénommé « l’Apporteur d’affaires »,</w:t>
      </w:r>
    </w:p>
    <w:p/>
    <w:p>
      <w:r>
        <w:t>ARTICLE 1 – OBJET DU CONTRAT</w:t>
      </w:r>
    </w:p>
    <w:p>
      <w:r>
        <w:t>Le présent contrat a pour objet de définir les conditions dans lesquelles l’Apporteur d’affaires s’engage à rechercher et présenter des clients potentiels à l’Entreprise.</w:t>
      </w:r>
    </w:p>
    <w:p/>
    <w:p>
      <w:r>
        <w:t>ARTICLE 2 – NATURE DE LA MISSION</w:t>
      </w:r>
    </w:p>
    <w:p>
      <w:r>
        <w:t>L’Apporteur d’affaires s’engage à identifier des prospects et à les mettre en relation avec l’Entreprise.</w:t>
      </w:r>
    </w:p>
    <w:p>
      <w:r>
        <w:t>Il est tenu à une obligation de moyen.</w:t>
      </w:r>
    </w:p>
    <w:p/>
    <w:p>
      <w:r>
        <w:t>ARTICLE 3 – PÉRIMÈTRE D’INTERVENTION</w:t>
      </w:r>
    </w:p>
    <w:p>
      <w:r>
        <w:t>Zone géographique : [à préciser]</w:t>
      </w:r>
    </w:p>
    <w:p>
      <w:r>
        <w:t>Clientèle ciblée : [à préciser]</w:t>
      </w:r>
    </w:p>
    <w:p>
      <w:r>
        <w:t>Produits/services : [à préciser]</w:t>
      </w:r>
    </w:p>
    <w:p/>
    <w:p>
      <w:r>
        <w:t>ARTICLE 4 – RÉMUNÉRATION</w:t>
      </w:r>
    </w:p>
    <w:p>
      <w:r>
        <w:t>L’Apporteur percevra :</w:t>
      </w:r>
    </w:p>
    <w:p>
      <w:r>
        <w:t>- [X] % du chiffre d’affaires HT généré</w:t>
      </w:r>
    </w:p>
    <w:p>
      <w:r>
        <w:t>OU</w:t>
      </w:r>
    </w:p>
    <w:p>
      <w:r>
        <w:t>- Un montant forfaitaire de [X] €</w:t>
      </w:r>
    </w:p>
    <w:p/>
    <w:p>
      <w:r>
        <w:t>Paiement sous [X] jours après facturation.</w:t>
      </w:r>
    </w:p>
    <w:p/>
    <w:p>
      <w:r>
        <w:t>ARTICLE 5 – OBLIGATIONS DE L’APPORTEUR</w:t>
      </w:r>
    </w:p>
    <w:p>
      <w:r>
        <w:t>Respecter la confidentialité, ne pas engager l’entreprise, préserver son image.</w:t>
      </w:r>
    </w:p>
    <w:p/>
    <w:p>
      <w:r>
        <w:t>ARTICLE 6 – OBLIGATIONS DE L’ENTREPRISE</w:t>
      </w:r>
    </w:p>
    <w:p>
      <w:r>
        <w:t>Fournir les informations nécessaires, suivre les prospects, payer les commissions.</w:t>
      </w:r>
    </w:p>
    <w:p/>
    <w:p>
      <w:r>
        <w:t>ARTICLE 7 – DURÉE</w:t>
      </w:r>
    </w:p>
    <w:p>
      <w:r>
        <w:t>Contrat à durée déterminée/indéterminée à compter du [date].</w:t>
      </w:r>
    </w:p>
    <w:p/>
    <w:p>
      <w:r>
        <w:t>ARTICLE 8 – RÉSILIATION</w:t>
      </w:r>
    </w:p>
    <w:p>
      <w:r>
        <w:t>Résiliation avec préavis de [X] jours ou immédiatement en cas de faute.</w:t>
      </w:r>
    </w:p>
    <w:p/>
    <w:p>
      <w:r>
        <w:t>ARTICLE 9 – CONFIDENTIALITÉ</w:t>
      </w:r>
    </w:p>
    <w:p>
      <w:r>
        <w:t>Obligation de confidentialité pendant et après le contrat.</w:t>
      </w:r>
    </w:p>
    <w:p/>
    <w:p>
      <w:r>
        <w:t>ARTICLE 10 – DROIT APPLICABLE</w:t>
      </w:r>
    </w:p>
    <w:p>
      <w:r>
        <w:t>Droit français, tribunal compétent : [ville].</w:t>
      </w:r>
    </w:p>
    <w:p/>
    <w:p>
      <w:r>
        <w:t>Fait à [ville], le [date]</w:t>
      </w:r>
    </w:p>
    <w:p/>
    <w:p>
      <w:r>
        <w:t>Signatures :</w:t>
      </w:r>
    </w:p>
    <w:p>
      <w:r>
        <w:t>L’Entreprise</w:t>
      </w:r>
    </w:p>
    <w:p>
      <w:r>
        <w:t>L’Apporteur d’affaires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